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שורש ומשפחת מילים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זיהוי שורש ובניית משפחות מילים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יסודי / חט״ב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https://kubiyot-lemida.sites.tab.bot/luach-shorashim.html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מקרא הקוביה: 1 – מוצאים שורש; 2 – משפחת מילים; 3 – מילה חדשה; 4 – שורש במשפט; 5 – שורש סודי; 6 – בחירה חופשית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לוח המשימות והקוביה לקיפול – בעמוד הלוח באתר.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מיינו לטבלה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ש־ת־ל: שתלה, שתיל   ע־ז־ר: עזרה, לעזור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א – ז־מ־ן   2) א – ספל   3) ב – פ־ג־ש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לפי הלוח   2)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🌱 שורש ומשפחת מילים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תרגלו את מה שעשיתם בתחנת הקוביות: זיהוי שורש ובניית משפחות מילים.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שתלה  |  שתיל  |  עזרה  |  לעזור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מיינו לטבלה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כל מילה בעמודה המתאימה.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📄 גינה של כולם (סיפור קצר)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על הגג של הבניין שלנו היו פעם רק אבק ואבנים. יום אחד הביאה השכנה מהקומה השלישית שלושה עציצים ושתלה בהם עגבניות.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הילדים בבניין צחקו: "מי יעלה כל יום לגג להשקות?" אבל השכנה לא ויתרה. היא תלתה על הדלת דף גדול וכתבה עליו: "מי שרוצה לעזור – מוזמן!"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שתלה  |  שתיל  |  עזרה  |  לעזור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ש־ת־ל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ע־ז־ר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 השורש של "מוזמן"?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ז־מ־ן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מ־ו־ז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איזו מילה אינה ממשפחת ס־פ־ר?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ספל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ספרייה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השורש של "נפגשים"?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נ־פ־ג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פ־ג־ש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גלגול 1: יצא המספר ___. המשימה (בעמודה 🟢 בסיס):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גלגול 2: יצא המספר ___. המשימה (בעמודה 🟢 בסיס):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כתיבה קצרה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משימה אחת מהלוח (שורש ומשפחת מילים)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שורש ומשפחת מילים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