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שטף ודיוק בקריאה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קריאה בקול בקצב נכון, בדיוק ובהבעה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https://kubiyot-lemida.sites.tab.bot/luach-shetef.html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קוראים בלחישה; 2 – קוראים בקול רם; 3 – קריין/ית חדשות; 4 – קריאת הד; 5 – קריאה ברגש; 6 – קוראים בזוגות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לקרוא את אותו קטע כמה פעמים   2) א – עוצרים לרגע   3) א – הטון עולה בסוף   4) א – החבר/ה חוזרים אחריי בדיוק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שטף = קצב טוב + דיוק + הבעה   2) נכון   3) נכון   4) לא נכון – הפסיק הוא עצירה קצרה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יומן 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רפלקציה כנה על קצב, דיוק והבעה; שיפור בין הקריאות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🎙️ שטף ודיוק בקריאה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קריאה בקול בקצב נכון, בדיוק ובהבעה.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לקרוא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להסתכל על מילים ולהגיד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שכולם שומעים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בלחישה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בשקט שקט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שמח, עצוב, כועס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שלומד/ת איתי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עוזר לקרוא בשטף?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לקרוא את אותו קטע כמה פעמים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לדלג על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לקרוא כמה שיותר מהר בלי לעצור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כשמגיעים לנקודה בקריאה בקול: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לרגע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ממשיכים בלי הפסקה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מרימים את הקול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כשמגיעים לסימן שאלה: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הטון עולה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הקול נעלם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קוראים בלחישה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"קריאת הד" פירושה: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החבר/ה חוזרים אחריי בדיוק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קוראים מהר מאוד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קוראים רק כותרות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בשטף היא קריאה מהירה בלבד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לחזור על מילה שטעיתי 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ברגש עוזרת להבין את הטקסט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חשוב לעצור בפסיקים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יומן 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קראו את הטקסט בקול 3 פעמים. אחרי כל קריאה כתבו: מה היה קל? מה היה קשה? מה שיפרתי?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שטף ודיוק בקריאה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